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69D1" w:rsidRDefault="001D665C">
      <w:pPr>
        <w:pStyle w:val="1"/>
      </w:pPr>
      <w:r>
        <w:t>Φύλλο Εργασίας</w:t>
      </w:r>
    </w:p>
    <w:p w:rsidR="003A69D1" w:rsidRPr="001D665C" w:rsidRDefault="001D665C">
      <w:pPr>
        <w:pStyle w:val="21"/>
        <w:rPr>
          <w:lang w:val="el-GR"/>
        </w:rPr>
      </w:pPr>
      <w:r w:rsidRPr="001D665C">
        <w:rPr>
          <w:lang w:val="el-GR"/>
        </w:rPr>
        <w:t>«Χαρτογράφηση Πορείας – Από την Αυτογνωσία στην Επαγγελματική Απόφαση»</w:t>
      </w:r>
    </w:p>
    <w:p w:rsidR="003A69D1" w:rsidRPr="001D665C" w:rsidRDefault="001D665C">
      <w:pPr>
        <w:rPr>
          <w:lang w:val="el-GR"/>
        </w:rPr>
      </w:pPr>
      <w:r w:rsidRPr="001D665C">
        <w:rPr>
          <w:lang w:val="el-GR"/>
        </w:rPr>
        <w:t>Σκοπός: Να διερευνήσετε τα προσωπικά σας ενδιαφέροντα, τις διαθέσιμες επιλογές και τα επόμενα βήματα στη λήψη μιας επαγγελματικής απόφασης.</w:t>
      </w:r>
      <w:r w:rsidRPr="001D665C">
        <w:rPr>
          <w:lang w:val="el-GR"/>
        </w:rPr>
        <w:br/>
      </w:r>
      <w:bookmarkStart w:id="0" w:name="_GoBack"/>
      <w:bookmarkEnd w:id="0"/>
    </w:p>
    <w:p w:rsidR="003A69D1" w:rsidRPr="001D665C" w:rsidRDefault="001D665C">
      <w:pPr>
        <w:pStyle w:val="31"/>
        <w:rPr>
          <w:lang w:val="el-GR"/>
        </w:rPr>
      </w:pPr>
      <w:r w:rsidRPr="001D665C">
        <w:rPr>
          <w:lang w:val="el-GR"/>
        </w:rPr>
        <w:t>1. Αυτογνωσία – Ποιος/ποια είμαι;</w:t>
      </w:r>
    </w:p>
    <w:p w:rsidR="003A69D1" w:rsidRPr="001D665C" w:rsidRDefault="001D665C">
      <w:pPr>
        <w:rPr>
          <w:lang w:val="el-GR"/>
        </w:rPr>
      </w:pPr>
      <w:r w:rsidRPr="001D665C">
        <w:rPr>
          <w:lang w:val="el-GR"/>
        </w:rPr>
        <w:t>Τα βασικά μου ενδιαφέροντα:</w:t>
      </w:r>
      <w:r w:rsidRPr="001D665C">
        <w:rPr>
          <w:lang w:val="el-GR"/>
        </w:rPr>
        <w:br/>
        <w:t>..............................................................................................</w:t>
      </w:r>
      <w:r w:rsidRPr="001D665C">
        <w:rPr>
          <w:lang w:val="el-GR"/>
        </w:rPr>
        <w:br/>
        <w:t>.....</w:t>
      </w:r>
      <w:r w:rsidRPr="001D665C">
        <w:rPr>
          <w:lang w:val="el-GR"/>
        </w:rPr>
        <w:t>.........................................................................................</w:t>
      </w:r>
    </w:p>
    <w:p w:rsidR="003A69D1" w:rsidRPr="001D665C" w:rsidRDefault="001D665C">
      <w:pPr>
        <w:rPr>
          <w:lang w:val="el-GR"/>
        </w:rPr>
      </w:pPr>
      <w:r w:rsidRPr="001D665C">
        <w:rPr>
          <w:lang w:val="el-GR"/>
        </w:rPr>
        <w:t>Οι δυνατότητές μου / δεξιότητες:</w:t>
      </w:r>
      <w:r w:rsidRPr="001D665C">
        <w:rPr>
          <w:lang w:val="el-GR"/>
        </w:rPr>
        <w:br/>
        <w:t>..............................................................................................</w:t>
      </w:r>
      <w:r w:rsidRPr="001D665C">
        <w:rPr>
          <w:lang w:val="el-GR"/>
        </w:rPr>
        <w:br/>
        <w:t>......................................</w:t>
      </w:r>
      <w:r w:rsidRPr="001D665C">
        <w:rPr>
          <w:lang w:val="el-GR"/>
        </w:rPr>
        <w:t>........................................................</w:t>
      </w:r>
    </w:p>
    <w:p w:rsidR="003A69D1" w:rsidRPr="001D665C" w:rsidRDefault="001D665C">
      <w:pPr>
        <w:rPr>
          <w:lang w:val="el-GR"/>
        </w:rPr>
      </w:pPr>
      <w:r w:rsidRPr="001D665C">
        <w:rPr>
          <w:lang w:val="el-GR"/>
        </w:rPr>
        <w:t>Οι αξίες που θεωρώ σημαντικές στη δουλειά:</w:t>
      </w:r>
      <w:r w:rsidRPr="001D665C">
        <w:rPr>
          <w:lang w:val="el-GR"/>
        </w:rPr>
        <w:br/>
        <w:t>..............................................................................................</w:t>
      </w:r>
      <w:r w:rsidRPr="001D665C">
        <w:rPr>
          <w:lang w:val="el-GR"/>
        </w:rPr>
        <w:br/>
        <w:t>.............................................................</w:t>
      </w:r>
      <w:r w:rsidRPr="001D665C">
        <w:rPr>
          <w:lang w:val="el-GR"/>
        </w:rPr>
        <w:t>.................................</w:t>
      </w:r>
    </w:p>
    <w:p w:rsidR="003A69D1" w:rsidRPr="001D665C" w:rsidRDefault="001D665C">
      <w:pPr>
        <w:pStyle w:val="31"/>
        <w:rPr>
          <w:lang w:val="el-GR"/>
        </w:rPr>
      </w:pPr>
      <w:r w:rsidRPr="001D665C">
        <w:rPr>
          <w:lang w:val="el-GR"/>
        </w:rPr>
        <w:t>2. Πληροφόρηση – Ποιες επιλογές υπάρχουν;</w:t>
      </w:r>
    </w:p>
    <w:p w:rsidR="003A69D1" w:rsidRPr="001D665C" w:rsidRDefault="001D665C">
      <w:pPr>
        <w:rPr>
          <w:lang w:val="el-GR"/>
        </w:rPr>
      </w:pPr>
      <w:r w:rsidRPr="001D665C">
        <w:rPr>
          <w:lang w:val="el-GR"/>
        </w:rPr>
        <w:t>Πιθανά επαγγέλματα που με ενδιαφέρουν:</w:t>
      </w:r>
      <w:r w:rsidRPr="001D665C">
        <w:rPr>
          <w:lang w:val="el-GR"/>
        </w:rPr>
        <w:br/>
        <w:t>..............................................................................................</w:t>
      </w:r>
      <w:r w:rsidRPr="001D665C">
        <w:rPr>
          <w:lang w:val="el-GR"/>
        </w:rPr>
        <w:br/>
        <w:t>..............................................</w:t>
      </w:r>
      <w:r w:rsidRPr="001D665C">
        <w:rPr>
          <w:lang w:val="el-GR"/>
        </w:rPr>
        <w:t>................................................</w:t>
      </w:r>
    </w:p>
    <w:p w:rsidR="003A69D1" w:rsidRPr="001D665C" w:rsidRDefault="001D665C">
      <w:pPr>
        <w:rPr>
          <w:lang w:val="el-GR"/>
        </w:rPr>
      </w:pPr>
      <w:r w:rsidRPr="001D665C">
        <w:rPr>
          <w:lang w:val="el-GR"/>
        </w:rPr>
        <w:t>Πιθανές εκπαιδευτικές διαδρομές:</w:t>
      </w:r>
      <w:r w:rsidRPr="001D665C">
        <w:rPr>
          <w:lang w:val="el-GR"/>
        </w:rPr>
        <w:br/>
        <w:t>..............................................................................................</w:t>
      </w:r>
      <w:r w:rsidRPr="001D665C">
        <w:rPr>
          <w:lang w:val="el-GR"/>
        </w:rPr>
        <w:br/>
        <w:t>...............................................................................</w:t>
      </w:r>
      <w:r w:rsidRPr="001D665C">
        <w:rPr>
          <w:lang w:val="el-GR"/>
        </w:rPr>
        <w:t>...............</w:t>
      </w:r>
    </w:p>
    <w:p w:rsidR="003A69D1" w:rsidRPr="001D665C" w:rsidRDefault="001D665C">
      <w:pPr>
        <w:rPr>
          <w:lang w:val="el-GR"/>
        </w:rPr>
      </w:pPr>
      <w:r w:rsidRPr="001D665C">
        <w:rPr>
          <w:lang w:val="el-GR"/>
        </w:rPr>
        <w:t>Πληροφορίες που χρειάζομαι ακόμη:</w:t>
      </w:r>
      <w:r w:rsidRPr="001D665C">
        <w:rPr>
          <w:lang w:val="el-GR"/>
        </w:rPr>
        <w:br/>
        <w:t>..............................................................................................</w:t>
      </w:r>
      <w:r w:rsidRPr="001D665C">
        <w:rPr>
          <w:lang w:val="el-GR"/>
        </w:rPr>
        <w:br/>
        <w:t>..............................................................................................</w:t>
      </w:r>
    </w:p>
    <w:p w:rsidR="003A69D1" w:rsidRPr="001D665C" w:rsidRDefault="001D665C">
      <w:pPr>
        <w:pStyle w:val="31"/>
        <w:rPr>
          <w:lang w:val="el-GR"/>
        </w:rPr>
      </w:pPr>
      <w:r w:rsidRPr="001D665C">
        <w:rPr>
          <w:lang w:val="el-GR"/>
        </w:rPr>
        <w:t>3. Απόφαση – Ποι</w:t>
      </w:r>
      <w:r w:rsidRPr="001D665C">
        <w:rPr>
          <w:lang w:val="el-GR"/>
        </w:rPr>
        <w:t>ο είναι το επόμενο βήμα μου;</w:t>
      </w:r>
    </w:p>
    <w:p w:rsidR="003A69D1" w:rsidRPr="001D665C" w:rsidRDefault="001D665C">
      <w:pPr>
        <w:rPr>
          <w:lang w:val="el-GR"/>
        </w:rPr>
      </w:pPr>
      <w:r w:rsidRPr="001D665C">
        <w:rPr>
          <w:lang w:val="el-GR"/>
        </w:rPr>
        <w:t>Η επιλογή που με ελκύει περισσότερο είναι:</w:t>
      </w:r>
      <w:r w:rsidRPr="001D665C">
        <w:rPr>
          <w:lang w:val="el-GR"/>
        </w:rPr>
        <w:br/>
        <w:t>..............................................................................................</w:t>
      </w:r>
    </w:p>
    <w:p w:rsidR="003A69D1" w:rsidRPr="001D665C" w:rsidRDefault="001D665C">
      <w:pPr>
        <w:rPr>
          <w:lang w:val="el-GR"/>
        </w:rPr>
      </w:pPr>
      <w:r w:rsidRPr="001D665C">
        <w:rPr>
          <w:lang w:val="el-GR"/>
        </w:rPr>
        <w:t>Τι με βοηθά να την επιλέξω;</w:t>
      </w:r>
      <w:r w:rsidRPr="001D665C">
        <w:rPr>
          <w:lang w:val="el-GR"/>
        </w:rPr>
        <w:br/>
        <w:t>.............................................................</w:t>
      </w:r>
      <w:r w:rsidRPr="001D665C">
        <w:rPr>
          <w:lang w:val="el-GR"/>
        </w:rPr>
        <w:t>.................................</w:t>
      </w:r>
    </w:p>
    <w:p w:rsidR="003A69D1" w:rsidRPr="001D665C" w:rsidRDefault="001D665C">
      <w:pPr>
        <w:rPr>
          <w:lang w:val="el-GR"/>
        </w:rPr>
      </w:pPr>
      <w:r w:rsidRPr="001D665C">
        <w:rPr>
          <w:lang w:val="el-GR"/>
        </w:rPr>
        <w:t>Τι με δυσκολεύει ή με φοβίζει;</w:t>
      </w:r>
      <w:r w:rsidRPr="001D665C">
        <w:rPr>
          <w:lang w:val="el-GR"/>
        </w:rPr>
        <w:br/>
        <w:t>..............................................................................................</w:t>
      </w:r>
    </w:p>
    <w:p w:rsidR="003A69D1" w:rsidRPr="001D665C" w:rsidRDefault="001D665C">
      <w:pPr>
        <w:rPr>
          <w:lang w:val="el-GR"/>
        </w:rPr>
      </w:pPr>
      <w:r w:rsidRPr="001D665C">
        <w:rPr>
          <w:lang w:val="el-GR"/>
        </w:rPr>
        <w:lastRenderedPageBreak/>
        <w:t>Το επόμενο συγκεκριμένο βήμα που θα κάνω:</w:t>
      </w:r>
      <w:r w:rsidRPr="001D665C">
        <w:rPr>
          <w:lang w:val="el-GR"/>
        </w:rPr>
        <w:br/>
        <w:t>......................................................</w:t>
      </w:r>
      <w:r w:rsidRPr="001D665C">
        <w:rPr>
          <w:lang w:val="el-GR"/>
        </w:rPr>
        <w:t>........................................</w:t>
      </w:r>
      <w:r w:rsidRPr="001D665C">
        <w:rPr>
          <w:lang w:val="el-GR"/>
        </w:rPr>
        <w:br/>
        <w:t>..............................................................................................</w:t>
      </w:r>
    </w:p>
    <w:p w:rsidR="003A69D1" w:rsidRDefault="001D665C">
      <w:pPr>
        <w:pStyle w:val="31"/>
      </w:pPr>
      <w:r>
        <w:t>Σημειώσεις – Σκέψεις – Αναστοχασμός</w:t>
      </w:r>
    </w:p>
    <w:p w:rsidR="003A69D1" w:rsidRDefault="001D665C">
      <w:r>
        <w:t>....................................................................................</w:t>
      </w:r>
      <w:r>
        <w:t>..........................................</w:t>
      </w:r>
      <w:r>
        <w:br/>
        <w:t>..............................................................................................................................</w:t>
      </w:r>
      <w:r>
        <w:br/>
        <w:t>......................................................................................</w:t>
      </w:r>
      <w:r>
        <w:t>........................................</w:t>
      </w:r>
    </w:p>
    <w:sectPr w:rsidR="003A69D1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D665C"/>
    <w:rsid w:val="0029639D"/>
    <w:rsid w:val="00326F90"/>
    <w:rsid w:val="003A69D1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7F63DA0D-5854-47CB-8A6B-8818B60BF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Κεφαλίδα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Υποσέλιδο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Επικεφαλίδα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Επικεφαλίδα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Επικεφαλίδα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Τίτλος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Υπότιτλος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Σώμα κειμένου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Σώμα κείμενου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Κείμενο μακροεντολής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Απόσπασμα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Επικεφαλίδα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Επικεφαλίδα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Επικεφαλίδα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Επικεφαλίδα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Επικεφαλίδα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Επικεφαλίδα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Έντονο απόσπ.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9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a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b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c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d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e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1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2BBE7C3-EAE7-45B2-B466-478371E10A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427</Words>
  <Characters>2307</Characters>
  <Application>Microsoft Office Word</Application>
  <DocSecurity>0</DocSecurity>
  <Lines>19</Lines>
  <Paragraphs>5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2729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Remos Armaos</cp:lastModifiedBy>
  <cp:revision>2</cp:revision>
  <dcterms:created xsi:type="dcterms:W3CDTF">2025-11-23T11:19:00Z</dcterms:created>
  <dcterms:modified xsi:type="dcterms:W3CDTF">2025-11-23T11:19:00Z</dcterms:modified>
  <cp:category/>
</cp:coreProperties>
</file>